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שלושה בשורה – משימות 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המשימות בלוח המשחק ואת מטרתן (להבין, ליצור, אוורור)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מרכזיים בניתוח סיפור כמו דמות, עלילה וקונפליקט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לשחק במשחק שלושה בשורה על סיפור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מכתב לדמות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רצף העלילה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משימות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(להבין)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(להבין)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(ליצור)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(ליצור)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בכללי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דורשת כתיבה יצירתית מנקודת מבט של 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את שם הסיפור ואת השם שלכם בראש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לחצו על משבצת בלוח כדי לבחור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בצעו את המשימה בעזרת הסיפור שבחרתם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המשיכו לשחק עד שיש שלוש משבצות מסומנות ברצף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בהתאם לסיפור שנבחר, עם פרטים מדויקים מהסיפור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להבין, ליצור, אוורור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רצף העלילה הוא סדר האירועים, הקונפליקט הוא הבעיה המרכזית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משימות ברצף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בזוגות כשכל תלמיד משלים משימה אחרת ובודק את חברו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לבחור מראש סיפור משותף לכל הכיתה כדי שכולם יוכלו להשוות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במצב מקרן בכיתה כדי להדגים את הלוח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שלושה בשורה – משימות 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'שלושה בשורה' יש תשעה משבצות, ובכל אחת משימה הקשורה לסיפור שקראתם. כדי לנצח צריך להשלים שלוש משימות ברצף – לאורך, לרוחב או באלכסון.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זהב  ·  שלוש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משימה מבקשת לכתוב מכתב דמיוני אל דמות מהסיפור?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מכתב לדמות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כרטיס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דף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משימה עוסקת בסדר שבו קרו האירועים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רצף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המסר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משימות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כרטיס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ליצור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רצף העלילה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להבין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מכתב לדמות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להבין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קומיקס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ליצור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לנצח צריך להשלים שלוש משימות בשורה – לאורך, לרוחב או באלכסון.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משימת 'דף יומן' שייכת לקטגוריית 'ליצור'.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לנצח במשחק צריך להשלים __________ משימות ברצף.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המשבצת שבמרכז הלוח נקראת משבצת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לחצו על משבצת בלוח כדי לבחור 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המשיכו לשחק עד שיש שלוש משבצות מסומנות ברצף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את שם הסיפור ואת השם שלכם בראש הדף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בצעו את המשימה בעזרת הסיפור שבחרתם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משימה אחת מהלוח, למשל כרטיס דמות, ובצעו אותה על סיפור שקראתם לאחרונה.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שלוש קטגוריות המשימות בלוח המשחק?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'רצף העלילה' ל'קונפליקט'?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שלושה בשורה – משימות ניתוח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