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בשורה – משימות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סוגי המשימות בלוח המשחק ואת מטרתן (להבין, ליצור, אוורור)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מושגים מרכזיים בניתוח סיפור כמו דמות, עלילה וקונפליקט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לשחק במשחק שלושה בשורה על סיפור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מכתב לדמות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רצף העלילה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הקונפליקט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ביקורת בכוכבים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שלוש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התאמת משימות לקטגוריה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(להבין)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(ליצור)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(אוורור)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(אוורור)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בכללי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המשבצת במרכז מסומנת ככוכב, היא משבצת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דורשת כתיבה יצירתית מנקודת מבט של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עוסקת ברעיון או בלקח המרכזי של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בלוח יש כפתור 'הקובייה בוחרת'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כרטיס דמות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הסיפור באימוג'י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כתבו את שם הסיפור ואת השם שלכם בראש 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לחצו על משבצת בלוח כדי לבחור 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את המשימה בעזרת הסיפור שבחרתם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סמנו את המשבצת לאחר שסיימתם את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המשיכו לשחק עד שיש שלוש משבצות מסומנות ברצף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בהתאם לסיפור שנבחר, עם פרטים מדויקים מהסיפור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משימת 'להבין' עוסקת בניתוח הסיפור כפי שהוא נכתב, ואילו משימת 'ליצור' מבקשת להוסיף תוכן חדש מהדמיון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להבין, ליצור, אוורור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רצף העלילה הוא סדר האירועים, הקונפליקט הוא הבעיה המרכזית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 ברצף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לשחק בזוגות כשכל תלמיד משלים משימה אחרת ובודק את חברו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לבחור מראש סיפור משותף לכל הכיתה כדי שכולם יוכלו להשוות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להשתמש במצב מקרן בכיתה כדי להדגים את הלוח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לוחות בחירה לטקסט סיפורי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בשורה – משימות ניתוח סיפור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משחק עם תשעה ריבועים. בכל ריבוע משימה על סיפור. צריך לעשות שלוש משימות ברצף כדי לנצח.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אדם או דמות שמופיעים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שקורה בסיפור, מהתחלה עד סוף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קונפליקט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הבעיה או הקושי המרכזי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או הלקח שהסיפור רוצה ללמד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רצף העלילה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שבו האירועים קורים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קומיקס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שמסופר בציורים ובועות דיבור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ביקורת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חוות דעת כתובה על הסיפור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יומן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אישית מנקודת מבט של דמות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משימות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משבצת זה כתיבת מכתב לדמות?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דף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משימה היא על הסדר של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משימה היא על הבעיה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קומיקס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כרטיס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הסיפור באימוג'י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משימה היא קלה ומהנה?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ביקורת בכוכבים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רצף העלילה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המסר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דף יומן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משימות צריך ברצף?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התאמת משימות לקטגוריה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כרטיס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אוורור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רצף העלילה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ליצור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מכתב לדמות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קומיקס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אוורור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ביקורת בכוכבים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להבין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הסיפור באימוג'י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ליצור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לנצח צריך להשלים שלוש משימות בשורה – לאורך, לרוחב או באלכסון.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המשבצת שבמרכז הלוח היא משבצת רגילה בלי שום משמעות מיוחדת.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'דף יומן' שייכת לקטגוריית 'ליצור'.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'המסר' עוסקת בתיאור החיצוני של הדמות, כמו צבע שיער.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לבחור משימה בלוח גם בעזרת הטלת קובייה.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לנצח במשחק צריך להשלים __________ משימות ברצף.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המשבצת שבמרכז הלוח נקראת משבצת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משימת '__________' מבקשת לתאר את הדמות הראשית בסיפור.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משימת 'הקונפליקט' עוסקת ב__________ המרכזית של הסיפור.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משימת '__________' מבקשת לסכם את הסיפור בעזרת סמלים קטנים.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את המשימה בעזרת הסיפור שבחרתם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שם הסיפור ואת השם שלכם בראש הדף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המשיכו לשחק עד שיש שלוש משבצות מסומנות ברצף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לחצו על משבצת בלוח כדי לבחור משימה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סמנו את המשבצת לאחר שסיימתם את המשימה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משימה אחת מהלוח, למשל כרטיס דמות, ובצעו אותה על סיפור שקראתם לאחרונה.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משימה מסוג 'להבין' למשימה מסוג 'ליצור'.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מהן שלוש קטגוריות המשימות בלוח המשחק?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'רצף העלילה' ל'קונפליקט'?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משימות צריך להשלים ברצף כדי לנצח?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שלושה בשורה – משימות ניתוח סיפור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