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בשורה – משימות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 המשחק ואת מטרתן (להבין, ליצור, אוורור)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מרכזיים בניתוח סיפור כמו דמות, עלילה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לשחק במשחק שלושה בשורה על סיפור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מכתב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ביקורת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משימות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(אוורור)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המשבצת במרכז מסומנת ככוכב, היא משבצת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דורשת כתיבה יצירתית מנקודת מבט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עוסקת ברעיון או בלקח המרכזי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בלוח יש כפתור 'הקובייה בוחרת'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הסיפור באימוג'י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שם הסיפור ואת השם שלכם בראש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משבצת בלוח כדי לבחור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המשימה בעזרת הסיפור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סמנו את המשבצת לאחר שסיימתם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המשיכו לשחק עד שיש שלוש משבצות מסומנות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בהתאם לסיפור שנבחר, עם פרטים מדויקים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משימת 'להבין' עוסקת בניתוח הסיפור כפי שהוא נכתב, ואילו משימת 'ליצור' מבקשת להוסיף תוכן חדש מהדמיון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להבין, ליצור, 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הוא סדר האירועים, הקונפליקט הוא הבעיה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בזוגות כשכל תלמיד משלים משימה אחרת ובודק את 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לבחור מראש סיפור משותף לכל הכיתה כדי שכולם יוכלו להשוות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במצב מקרן בכיתה כדי להדגים את הלוח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בשורה – משימות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'שלושה בשורה' יש תשעה משבצות, ובכל אחת משימה הקשורה לסיפור שקראתם. כדי לנצח צריך להשלים שלוש משימות ברצף – לאורך, לרוחב או באלכסון.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משימה מבקשת לכתוב מכתב דמיוני אל דמות מהסיפור?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משימה עוסקת בסדר שבו קרו האירועים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משימה מבקשת לתאר את הבעיה המרכזית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שייכת לקטגוריית 'אוורור' ולא 'להבין' או 'ליצור'?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משימות צריך להשלים ברצף כדי לנצח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משימות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להבין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לנצח צריך להשלים שלוש משימות בשורה – לאורך, לרוחב או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שבמרכז הלוח היא משבצת רגילה בלי שום משמעות מיוחדת.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'דף יומן' שייכת לקטגוריית 'ליצור'.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'המסר' עוסקת בתיאור החיצוני של הדמות, כמו צבע שיער.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משימה בלוח גם בעזרת הטלת קובייה.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לנצח במשחק צריך להשלים __________ משימות ברצף.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שבמרכז הלוח נקראת משבצת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'__________' מבקשת לתאר את הדמות הראשית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'הקונפליקט' עוסקת ב__________ המרכזית של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משימת '__________' מבקשת לסכם את הסיפור בעזרת סמלים קטנים.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את המשבצת לאחר שסיימתם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המשיכו לשחק עד שיש שלוש משבצות מסומנות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הסיפור ואת השם שלכם בראש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משבצת בלוח כדי לבחור 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המשימה בעזרת הסיפור שבחרתם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מהלוח, למשל כרטיס דמות, ובצעו אותה על סיפור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משימה מסוג 'להבין' למשימה מסוג 'ליצור'.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קטגוריות המשימות בלוח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'רצף העלילה' ל'קונפליקט'?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להשלים ברצף כדי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שלושה בשורה – משימות 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